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300 exercices corrigés essentiels de physique + 50 planches d'oral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Bernard, Daniel/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Ellipses/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418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2729821554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Physique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Physique/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physique catastrophe/ concepts fondamentaux/ </w:t>
            </w:r>
          </w:p>
        </w:tc>
      </w:tr>
    </w:tbl>
    <w:p>
      <w:pPr>
        <w:pStyle w:val="Heading3"/>
      </w:pPr>
      <w:r>
        <w:t>Résumé :</w:t>
      </w:r>
    </w:p>
    <w:p>
      <w:r>
        <w:t>“300 exercices corrigés essentiels de physique” est un ouvrage conçu pour aider les étudiants en physique à maîtriser les concepts fondamentaux à travers une série d’exercices pratiques. Chaque exercice est accompagné d’une correction détaillée, permettant aux lecteurs de comprendre les méthodes et les étapes nécessaires pour arriver à la solution. En plus des exercices, le livre comprend 50 planches d’oral qui préparent les étudiants aux examens oraux en physique, en abordant des thèmes clés et en fournissant des stratégies de présentation.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