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sciences physiques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Rémy/ 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cycle de carnot/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pédagogique qui vise à aider les étudiants à comprendre et à maîtriser les concepts fondamentaux de la thermodynamique à travers une série d’exercices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