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Dermatologie, vénérologie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Lemerre, Jeanne/ Pirc, Jean-Marc/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9782818315569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dermatologie/ vénéréologie/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 ouvrage s’adresse principalement aux étudiants en médecine préparant l’UE « Dermatologie-Vénérologie » dans le cadre des examens (notamment les ECN+). </w:t>
        <w:br/>
        <w:br/>
        <w:t>L’objectif est de proposer une synthèse claire et structurée des pathologies cutanées et des infections sexuellement transmissibles, de leurs mécanismes à leur prise en charge, pour un usage pratique et ciblé.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