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Jérémy/ Le, Tich Ludovic/ Hecker, M/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9782818315545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santé publique/ </w:t>
            </w:r>
          </w:p>
        </w:tc>
      </w:tr>
    </w:tbl>
    <w:p>
      <w:pPr>
        <w:pStyle w:val="Heading3"/>
      </w:pPr>
      <w:r>
        <w:t>Résumé :</w:t>
      </w:r>
    </w:p>
    <w:p>
      <w:r>
        <w:t>Cet ouvrage vise à fournir aux étudiants une ressource pratique pour réviser la matière de santé publique, en particulier pour la validation de l'UE correspondante. Il propose des fiches de synthèse présentées sous forme de grilles de correction type ECN, accompagnées de zéros, de mots-clés, d'objectifs, de conférences de consensus et d'annales. Cette structure permet une révision efficace et ciblée, facilitant la compréhension et la mémorisation des concepts clés.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