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À l'affût des étoiles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Lacroux, Jean/ </w:t>
            </w:r>
          </w:p>
        </w:tc>
      </w:tr>
      <w:tr>
        <w:trPr>
          <w:trHeight w:val="567"/>
        </w:trPr>
        <w:tc>
          <w:tcPr>
            <w:tcW w:type="dxa" w:w="3000"/>
          </w:tcPr>
          <w:p>
            <w:r>
              <w:t>Edition</w:t>
            </w:r>
          </w:p>
        </w:tc>
        <w:tc>
          <w:tcPr>
            <w:tcW w:type="dxa" w:w="7000"/>
          </w:tcPr>
          <w:p>
            <w:r>
              <w:t>6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338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Numéro d'Identification</w:t>
            </w:r>
          </w:p>
        </w:tc>
        <w:tc>
          <w:tcPr>
            <w:tcW w:type="dxa" w:w="7000"/>
          </w:tcPr>
          <w:p>
            <w:r>
              <w:t>2040101756</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astronomie/ astronome amateur/ </w:t>
            </w:r>
          </w:p>
        </w:tc>
      </w:tr>
    </w:tbl>
    <w:p>
      <w:pPr>
        <w:pStyle w:val="Heading3"/>
      </w:pPr>
      <w:r>
        <w:t>Résumé :</w:t>
      </w:r>
    </w:p>
    <w:p>
      <w:r>
        <w:t>“À l’affût des étoiles” est un manuel destiné aux astronomes amateurs, offrant des conseils pratiques pour observer et comprendre le ciel nocturne. Les auteurs y abordent diverses techniques d’observation, l’utilisation d’instruments tels que des télescopes et des jumelles, ainsi que des informations sur les objets célestes, comme les planètes, les étoiles, les galaxies et les nébuleuses. Le livre inclut aussi des conseils sur la cartographie des cieux et la planification des séances d’observation. Il vise à rendre l’astronomie accessible à tous, en particulier aux débutants.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