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Efficacité et sélectivité des herbicides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Gauvrit,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 labo au terrain(N°:None)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2738006175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herbicides/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