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Douleurs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Avet,Frédérique/ Avet, Stéphane/ Lacombe, Frédérique/ Lunghi, Nicole/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Med-line éd/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2846780765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Douleur/ Soin infirmier/ </w:t>
            </w:r>
          </w:p>
        </w:tc>
      </w:tr>
    </w:tbl>
    <w:p>
      <w:pPr>
        <w:pStyle w:val="Heading3"/>
      </w:pPr>
      <w:r>
        <w:t>Résumé :</w:t>
      </w:r>
    </w:p>
    <w:p>
      <w:r>
        <w:t>Ce livre aborde notamment : la douleur du patient et son évaluation par l'équipe infirmière ; la douleur dans différentes situations : en pédiatrie, en gériatrie, au cours du cancer, en post-opératoire, par les soins ; la réalisation d'un protocole de prise en charge de la douleur dans un service : aspects théoriques, pratiques et exemples de réalisation. Un ouvrage complet, pratique et accessible pour aider les soignants à faire face à une priorité majeure : la douleur des patients.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