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d'électricité. V6, théorie et traitement des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Coulon, Frédéric de/ Neirynck,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523-531.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du signal/ électrotechnique/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