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Parasitoses des animaux domestiques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Triki-Yamani,R.R./ </w:t>
            </w:r>
          </w:p>
        </w:tc>
      </w:tr>
      <w:tr>
        <w:trPr>
          <w:trHeight w:val="567"/>
        </w:trPr>
        <w:tc>
          <w:tcPr>
            <w:tcW w:type="dxa" w:w="3000"/>
          </w:tcPr>
          <w:p>
            <w:r>
              <w:t>Adresse bib.</w:t>
            </w:r>
          </w:p>
        </w:tc>
        <w:tc>
          <w:tcPr>
            <w:tcW w:type="dxa" w:w="7000"/>
          </w:tcPr>
          <w:p>
            <w:r>
              <w:t xml:space="preserve">O P U/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9789961008485</w:t>
            </w:r>
          </w:p>
        </w:tc>
      </w:tr>
      <w:tr>
        <w:trPr>
          <w:trHeight w:val="567"/>
        </w:trPr>
        <w:tc>
          <w:tcPr>
            <w:tcW w:type="dxa" w:w="3000"/>
          </w:tcPr>
          <w:p>
            <w:r>
              <w:t>Thème</w:t>
            </w:r>
          </w:p>
        </w:tc>
        <w:tc>
          <w:tcPr>
            <w:tcW w:type="dxa" w:w="7000"/>
          </w:tcPr>
          <w:p>
            <w:r>
              <w:t>Medecine Vétérinaire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Animaux domestiques/ Parasitoses/ </w:t>
            </w:r>
          </w:p>
        </w:tc>
      </w:tr>
    </w:tbl>
    <w:p>
      <w:pPr>
        <w:pStyle w:val="Heading3"/>
      </w:pPr>
      <w:r>
        <w:t>Résumé :</w:t>
      </w:r>
    </w:p>
    <w:p>
      <w:r>
        <w:t>Ce recueil sur les principales parasitoses des animaux domestiques n'a pas la prétention de décrire dans les détails toutes les entités parasitaires connues sous les différents climats ,mais d'attirer l'attention du lecteur sur l'essentiel et de l'orienter vers une recherche plus approfondie,susceptible de répondre à toutes ses attentes en matières de morphologie ,de taxonomie,de biologie de diagnostic et de lutte contre l'agent causal.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