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Electrotechnique à l'usage des ingénieurs. T3, machines à collecteur, commande électronique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Fouillé, A./ </w:t>
            </w:r>
          </w:p>
        </w:tc>
      </w:tr>
      <w:tr>
        <w:trPr>
          <w:trHeight w:val="567"/>
        </w:trPr>
        <w:tc>
          <w:tcPr>
            <w:tcW w:type="dxa" w:w="3000"/>
          </w:tcPr>
          <w:p>
            <w:r>
              <w:t>Edition</w:t>
            </w:r>
          </w:p>
        </w:tc>
        <w:tc>
          <w:tcPr>
            <w:tcW w:type="dxa" w:w="7000"/>
          </w:tcPr>
          <w:p>
            <w:r>
              <w:t>9é ed.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X-235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Technologie et université(N°:None)</w:t>
            </w:r>
          </w:p>
        </w:tc>
      </w:tr>
      <w:tr>
        <w:trPr>
          <w:trHeight w:val="567"/>
        </w:trPr>
        <w:tc>
          <w:tcPr>
            <w:tcW w:type="dxa" w:w="3000"/>
          </w:tcPr>
          <w:p>
            <w:r>
              <w:t>Numéro d'Identification</w:t>
            </w:r>
          </w:p>
        </w:tc>
        <w:tc>
          <w:tcPr>
            <w:tcW w:type="dxa" w:w="7000"/>
          </w:tcPr>
          <w:p>
            <w:r>
              <w:t>2040063188</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machines à collecteur/ application en servomécanisme/ </w:t>
            </w:r>
          </w:p>
        </w:tc>
      </w:tr>
    </w:tbl>
    <w:p>
      <w:pPr>
        <w:pStyle w:val="Heading3"/>
      </w:pPr>
      <w:r>
        <w:t>Résumé :</w:t>
      </w:r>
    </w:p>
    <w:p>
      <w:r>
        <w:t>Le tome 3 de l'ouvrage "Electrotechnique à l'usage des ingénieurs" de A. Fouille traite principalement des machines à collecteur, des moteurs à collecteur et de la commande électronique, en se concentrant sur les moteurs utilisés dans les servomécanismes. Il aborde les principes de fonctionnement et les applications de ces types de machines électriques.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