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neurobiologie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Bendjelloul, M/ Ouali-Hassenaoui, S/ Dekar Madoui, Aicha/ Saadi-Brenkia, O/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9789961020364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neurobiologie/ </w:t>
            </w:r>
          </w:p>
        </w:tc>
      </w:tr>
    </w:tbl>
    <w:p>
      <w:pPr>
        <w:pStyle w:val="Heading3"/>
      </w:pPr>
      <w:r>
        <w:t>Résumé :</w:t>
      </w:r>
    </w:p>
    <w:p>
      <w:r>
        <w:t>L’ouvrage « Eléments de neurobiologie » est destiné aux étudiants en Licence et en Master du domaine des sciences de la nature et de la vie, aux étudiants de médecine et à tous ceux qui simplement souhaitent comprendre comment fonctionne le système nerveux. L’objectif de l’ouvrage « Eléments de neurobiologie » n’est pas de couvrir chaque sujet de façon encyclopédique mais plutôt de proposer aux étudiants un manuel qui présente les bases essentielles de la neurobiologie d’une façon claire et pratique. Cet ouvrage est composé de 13 chapitres dont le texte est illustré par une iconographie abondante. Il présente les aspects cellulaires de la mise en place du système nerveux, son anatomie générale ainsi que la structure et les particularités moléculaires des neurones et de la névroglie. Il aborde également la communication inter neuronale dans ses principes généraux et dans la constitution de réseaux nerveux. Cet ouvrage traite aussi du système nerveux périphérique d’un point de vue évolutif et fonctionnel, des dispositifs de protection du tissu nerveux et des interrelations liant le système nerveux central au système immunitaire. Enfin, un aperçu sur les pathologies les plus courantes ainsi que sur les techniques d’approches monofonctionnelles du système nerveux est présenté.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