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à l'usage des ingénieurs 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Beer, Ferdinand P/ Johnston, Elwood Russell/ Serra, Jean/ </w:t>
            </w:r>
          </w:p>
        </w:tc>
      </w:tr>
      <w:tr>
        <w:trPr>
          <w:trHeight w:val="567"/>
        </w:trPr>
        <w:tc>
          <w:tcPr>
            <w:tcW w:type="dxa" w:w="3000"/>
          </w:tcPr>
          <w:p>
            <w:r>
              <w:t>Adresse bib.</w:t>
            </w:r>
          </w:p>
        </w:tc>
        <w:tc>
          <w:tcPr>
            <w:tcW w:type="dxa" w:w="7000"/>
          </w:tcPr>
          <w:p>
            <w:r>
              <w:t xml:space="preserve">McGraw-Hill/ </w:t>
            </w:r>
          </w:p>
        </w:tc>
      </w:tr>
      <w:tr>
        <w:trPr>
          <w:trHeight w:val="567"/>
        </w:trPr>
        <w:tc>
          <w:tcPr>
            <w:tcW w:type="dxa" w:w="3000"/>
          </w:tcPr>
          <w:p>
            <w:r>
              <w:t>Nombre de Pages</w:t>
            </w:r>
          </w:p>
        </w:tc>
        <w:tc>
          <w:tcPr>
            <w:tcW w:type="dxa" w:w="7000"/>
          </w:tcPr>
          <w:p>
            <w:r>
              <w:t>518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 505-508</w:t>
            </w:r>
          </w:p>
        </w:tc>
      </w:tr>
      <w:tr>
        <w:trPr>
          <w:trHeight w:val="567"/>
        </w:trPr>
        <w:tc>
          <w:tcPr>
            <w:tcW w:type="dxa" w:w="3000"/>
          </w:tcPr>
          <w:p>
            <w:r>
              <w:t>Numéro d'Identification</w:t>
            </w:r>
          </w:p>
        </w:tc>
        <w:tc>
          <w:tcPr>
            <w:tcW w:type="dxa" w:w="7000"/>
          </w:tcPr>
          <w:p>
            <w:r>
              <w:t>0070778264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mécanique des fluide/ résistance des matériaux/ </w:t>
            </w:r>
          </w:p>
        </w:tc>
      </w:tr>
    </w:tbl>
    <w:p>
      <w:pPr>
        <w:pStyle w:val="Heading3"/>
      </w:pPr>
      <w:r>
        <w:t>Résumé :</w:t>
      </w:r>
    </w:p>
    <w:p>
      <w:r>
        <w:t>Cet ouvrage  “Mécanique à l’usage des ingénieurs” est conçu pour fournir aux étudiants en ingénierie et aux professionnels les bases essentielles de la mécanique appliquée. Il couvre les principes fondamentaux de la statique, de la dynamique, de la résistance des matériaux et de la mécanique des fluides, tout en mettant l’accent sur les applications pratiques dans le domaine de l’ingénierie. Des exemples concrets, des illustrations et des exercices sont inclus pour aider à une meilleure compréhension des concepts.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