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Physique, PCEM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Belazreg,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concours. PCEM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465-472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2100499912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PCEM 1/ Apprentissage/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conçu pour aider les étudiants en première année de médecine (PCEM 1) à maîtriser les concepts fondamentaux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