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Psycho, socio, anthropo, philo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Julie, Maud/ Le Mentec, Maïté/ Svandra, Philippe/ Avet,Frédérique/ </w:t>
            </w:r>
          </w:p>
        </w:tc>
      </w:tr>
      <w:tr>
        <w:trPr>
          <w:trHeight w:val="567"/>
        </w:trPr>
        <w:tc>
          <w:tcPr>
            <w:tcW w:type="dxa" w:w="3000"/>
          </w:tcPr>
          <w:p>
            <w:r>
              <w:t>Adresse bib.</w:t>
            </w:r>
          </w:p>
        </w:tc>
        <w:tc>
          <w:tcPr>
            <w:tcW w:type="dxa" w:w="7000"/>
          </w:tcPr>
          <w:p>
            <w:r>
              <w:t xml:space="preserve">Med-line éd/ </w:t>
            </w:r>
          </w:p>
        </w:tc>
      </w:tr>
      <w:tr>
        <w:trPr>
          <w:trHeight w:val="567"/>
        </w:trPr>
        <w:tc>
          <w:tcPr>
            <w:tcW w:type="dxa" w:w="3000"/>
          </w:tcPr>
          <w:p>
            <w:r>
              <w:t>Nombre de Pages</w:t>
            </w:r>
          </w:p>
        </w:tc>
        <w:tc>
          <w:tcPr>
            <w:tcW w:type="dxa" w:w="7000"/>
          </w:tcPr>
          <w:p>
            <w:r>
              <w:t>9782846780902</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9782846780902</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Soin infirmier/ Anthropologie/ </w:t>
            </w:r>
          </w:p>
        </w:tc>
      </w:tr>
    </w:tbl>
    <w:p>
      <w:pPr>
        <w:pStyle w:val="Heading3"/>
      </w:pPr>
      <w:r>
        <w:t>Résumé :</w:t>
      </w:r>
    </w:p>
    <w:p>
      <w:r>
        <w:t>Cet ouvrage répond aux nombreuses questions que se posent les étudiants en IFSI et les infirmier(ère)s. Après une première partie consacrée à l'histoire de la profession infirmière, 4 disciplines sont abordées : psychologie, sociologie, anthropologie, philosophie. Chaque partie présente les concepts clés et leurs applications pour votre pratique. Ce livre répond au contenu du nouveau programme des études infirmières qui accorde une place majeure aux sciences humaines (UE 1.1.). Un ouvrage clair et accessible, destiné à tout soignant ou futur soignant, qui vous aidera au quotidien.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