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Bécherrawy, Tamer/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399-401. Index p.p. 403-407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mécanique/ système oscillant/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généralement des concepts avancés liés aux vibrations des systèmes mécaniques, aux propriétés des ondes, ainsi qu’à leur propagation dans différents milieux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