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doses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Clugnet, Marie-Christine/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9782846780552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calcul de dose/ </w:t>
            </w:r>
          </w:p>
        </w:tc>
      </w:tr>
    </w:tbl>
    <w:p>
      <w:pPr>
        <w:pStyle w:val="Heading3"/>
      </w:pPr>
      <w:r>
        <w:t>Résumé :</w:t>
      </w:r>
    </w:p>
    <w:p>
      <w:r>
        <w:t>Un ouvrage complet et accessible. Un livre destiné aux étudiants en soins infirmiers et aux jeunes professionnels. Des données méthodologiques claires et accessibles pour comprendre le calcul de doses et l'administration des médicaments. Un outil complet: de la lecture de l'ordonnance aux notions mathématiques indispensables. Un rappel des responsabilités professionnelles. Un "outil" pratique. Des encadrés et tableaux synthétiques. Des astuces pour vérifier instantanément ses calculs. 70 exercices corrigés pour se tester et comprendre. Un "aide" de poche quotidien pour calculer immédiatement et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