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Phytosanitaires, protection des plantes, biopesticides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Bye, Pascal/ Descoins, Charles/ Deshayes, Alain/ Colloque international du centre national de la recherche scientifique; Aussois/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national de la recherche agronomique/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Un point sur...(N°:None)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2738003532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Plantes/ pesticides/ Pollution par les pesticides/ Industrie et commerce/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collectif présente un panorama complet des moyens de **protection des plantes** face aux agents pathogènes, ravageurs et mauvaises herbes, en intégrant les avancées récentes de la recherche agronomique. Il analyse les **produits phytosanitaires** traditionnels (pesticides chimiques) et leurs effets sur l’environnement, la santé et les écosystèmes, tout en explorant les **alternatives durables** comme les **biopesticides** et les méthodes de lutte biologique.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