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grain de blé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Feillet, Pierre/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308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2738008968</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composition chimique trouvée/ Meunerie/ semences/ </w:t>
            </w:r>
          </w:p>
        </w:tc>
      </w:tr>
    </w:tbl>
    <w:p>
      <w:pPr>
        <w:pStyle w:val="Heading3"/>
      </w:pPr>
      <w:r>
        <w:t>Résumé :</w:t>
      </w:r>
    </w:p>
    <w:p>
      <w:r>
        <w:t>Cet ouvrage fait le bilan des connaissances sur la science et la technologie du blé. Il présente la composition biochimique de cette céréale et propose une analyse critique des bases technologiques et physico-chimiques de la transformation des farines et semoules en pain, biscuits et pâtes alimentaires, ainsi que leur valeur nutritionnelle. Il aborde enfin l'économie de la filière blé.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