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Illustrations du cours, de biologie végétale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Gaceb -Terrak, Rabéa/ Bouhired-Louisa/ Rahmania- Hamzaoui, Fatma/ Touam, Dalila/ </w:t>
            </w:r>
          </w:p>
        </w:tc>
      </w:tr>
      <w:tr>
        <w:trPr>
          <w:trHeight w:val="567"/>
        </w:trPr>
        <w:tc>
          <w:tcPr>
            <w:tcW w:type="dxa" w:w="3000"/>
          </w:tcPr>
          <w:p>
            <w:r>
              <w:t>Edition</w:t>
            </w:r>
          </w:p>
        </w:tc>
        <w:tc>
          <w:tcPr>
            <w:tcW w:type="dxa" w:w="7000"/>
          </w:tcPr>
          <w:p>
            <w:r>
              <w:t>2 éme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996100843x</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phloème/ tige/ germination/ </w:t>
            </w:r>
          </w:p>
        </w:tc>
      </w:tr>
    </w:tbl>
    <w:p>
      <w:pPr>
        <w:pStyle w:val="Heading3"/>
      </w:pPr>
      <w:r>
        <w:t>Résumé :</w:t>
      </w:r>
    </w:p>
    <w:p>
      <w:r>
        <w:t>L’ouvrage est un support illustré destiné aux étudiants de 1ʳᵉ année (tronc commun biologie / SNV). ([Office des publications universitaires.  Il regroupe de nombreuses illustrations (schémas, coupes, plans) accompagnant le cours de biologie végétale générale.  Cette édition apporte des révisions et actualisations  des illustrations, ainsi qu’un lexique français-arabe.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