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de la protection des équipements 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Hewitson, Leslie G./ Brown, Mark/ Balakrishnan, Ramesh/ Guérin, James/ Pinard,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L'usine nouvelle/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EEA(N°:None)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325-328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9782100506033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protection de équipement électrique/ relais de protection/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ouvrage, très appliqué, propose au lecteur toutes les informations utiles dans le domaine de la protection électrique des appareils électriques, électroniques et électrotechniques : les causes de dysfonctionnement possible (court-circuit, hausse de tension...), les méthodes de diagnostic et de prévention (coordination graduelle des retards d'interruption, mesures...), les matériels de protection (fusibles, disjoncteurs...) et leurs périphériques (batteries d'appoint, relais...).</w:t>
        <w:br/>
        <w:br/>
        <w:br/>
        <w:br/>
        <w:t>L'ouvrage appuie son propos sur le minimum possible de théorie, et privilégie plutôt l'étude de cas et la présentation de tableaux et schémas, synthétiques et fonctionnels.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