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Électricité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Granjon, Yves/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9782100761746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électronique,  génie informatique, optique appliquée/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régime continu et alternatif/ méthode de résolution de circuit/ </w:t>
            </w:r>
          </w:p>
        </w:tc>
      </w:tr>
    </w:tbl>
    <w:p>
      <w:pPr>
        <w:pStyle w:val="Heading3"/>
      </w:pPr>
      <w:r>
        <w:t>Résumé :</w:t>
      </w:r>
    </w:p>
    <w:p>
      <w:r>
        <w:t>Cet ouvrage propose aux étudiants des premières années d'études supérieures une méthode efficace et progressive pour comprendre et appliquer les concepts fondamentaux de l'électricité. a la suite des rappels de cours, sous forme de fiches, chaque chapitre propose des exercices de difficulté croissante pour s'évaluer : qcm, questions vrai/faux et exercices d'entraînement. les corrigés détaillés mettent en évidence la méthodologie.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