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Électricité et génie des procédés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Colloque université-industrie/ Goldberg, M./ Laurnet,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 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Groupe Francais De Génie Des Procédes/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des procédés/ </w:t>
            </w:r>
          </w:p>
        </w:tc>
      </w:tr>
    </w:tbl>
    <w:p>
      <w:pPr>
        <w:pStyle w:val="Heading3"/>
      </w:pPr>
      <w:r>
        <w:t>Résumé :</w:t>
      </w:r>
    </w:p>
    <w:p>
      <w:r>
        <w:t>Le titre que vous avez fourni semble être une combinaison de plusieurs éléments, probablement un livre sur le génie des procédés intitulé « Récents progrès en génie des procédés : électricité et génie des procédés : volume 5 », par M. Goldberg, ainsi qu'un code de classification (615 Gol. 4367) et un ISBN (9.7828E+12). Il est également lié à un "Dictionnaire de physique", probablement un dictionnaire de physique par Taillet, Richard, qui contient 5600 termes.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