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Worked examples in Basic electronics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Crane, P.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Pergamon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voltage amplification/ derivation of basic formulae/ </w:t>
            </w:r>
          </w:p>
        </w:tc>
      </w:tr>
    </w:tbl>
    <w:p>
      <w:pPr>
        <w:pStyle w:val="Heading3"/>
      </w:pPr>
      <w:r>
        <w:t>Résumé :</w:t>
      </w:r>
    </w:p>
    <w:p>
      <w:r>
        <w:t>Worked Examples in Basic Electronics provides a clear and practical introduction to fundamental electronic principles through step-by-step solved problems. It covers key topics such as Ohm’s law, circuit analysis, semiconductor devices, amplifiers, and basic digital circuits. The book emphasizes understanding through calculation, application, and real-world examples, making it an effective guide for students and beginners in electronics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