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À L'usage Des Etudiants Des Sciences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Benslimane, Hamida/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Noor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9783330967342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licence de sciences de la nature et de la vie, plus particulièrement ceux des filières biologiques. </w:t>
        <w:br/>
        <w:br/>
        <w:t>Le but est d’offrir une **première approche synthétique** de la biologie moléculaire, en présentant les concepts fondamentaux allant de l’organisation moléculaire à l’expression génétique, afin de mieux comprendre l’origine et la fonction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