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physiologie cellulaires. T3 , division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Berkaloff, André/ Bourguet, Jacques/ Favard, P/ Jean-Claude, Lacroix/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181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2705658785</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cytologie/ division cellulaire/ </w:t>
            </w:r>
          </w:p>
        </w:tc>
      </w:tr>
    </w:tbl>
    <w:p>
      <w:pPr>
        <w:pStyle w:val="Heading3"/>
      </w:pPr>
      <w:r>
        <w:t>Résumé :</w:t>
      </w:r>
    </w:p>
    <w:p>
      <w:r>
        <w:t xml:space="preserve">Ce tome 3 de la série Biologie et physiologie cellulaires s’intéresse plus particulièrement à deux types d’organites (les chloroplastes et les peroxysomes) et à la division cellulaire. Il plonge dans la structure, la composition chimique, la biogenèse et la fonction physiologique de ces structures, et met en lumière les mécanismes moléculaires et cellulaires qui gouvernent la mitose et plus largement la reproduction cellulaire. </w:t>
        <w:br/>
        <w:br/>
        <w:t>Eyrolles</w:t>
        <w:br/>
        <w:br/>
        <w:t>+2</w:t>
        <w:br/>
        <w:br/>
        <w:t>Lavoisier</w:t>
        <w:br/>
        <w:br/>
        <w:t>+2</w:t>
        <w:br/>
        <w:br/>
        <w:br/>
        <w:br/>
        <w:t>L’ouvrage s’inscrit dans une approche qui relie l’architecture moléculaire des constituants cellulaires à la physiologie de la cellule, et par là à celle de l’organisme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