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 d'electricite.V21, filtres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Hasler, Martin/ Neirynck, Jacques/ </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d'électricité(N°:19)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2604000210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filtre électrique/ traitement du signal/ </w:t>
            </w:r>
          </w:p>
        </w:tc>
      </w:tr>
    </w:tbl>
    <w:p>
      <w:pPr>
        <w:pStyle w:val="Heading3"/>
      </w:pPr>
      <w:r>
        <w:t>Résumé :</w:t>
      </w:r>
    </w:p>
    <w:p>
      <w:r>
        <w:t>Le Traité d’électricité, Volume 21 : Filtres électriques de Martin Hasler (publié en 1981) est un ouvrage de référence consacré à la théorie et à la conception des filtres électriques, faisant partie de la célèbre série scientifique de l’École Polytechnique Fédérale de Lausanne. Le livre présente de manière méthodique les principes fondamentaux du filtrage analogique, depuis les notions de base sur les réseaux linéaires, les impédances et les biportes, jusqu’aux méthodes avancées de synthèse et d’approximation de filtres. Hasler y explique comment concevoir des filtres LC, RC et actifs selon des spécifications données de bande passante, d’atténuation et d’adaptation d’impédance, tout en introduisant les fonctions classiques de Butterworth, Chebyshev ou elliptique. L’auteur met un accent particulier sur la compréhension du pourquoi des choix de conception : les contraintes technologiques, la sensibilité des circuits aux tolérances des composants, et les compromis entre performance et stabilité. L’ouvrage aborde aussi l’adaptation d’impédance à large bande, considérée comme un problème de filtrage, et esquisse les bases des filtres numériques, qui commençaient à émerger à l’époque. Riche en démonstrations mathématiques et en exemples pratiques, ce volume offre à l’ingénieur et à l’étudiant une approche rigoureuse et complète du filtrage électrique, alliant théorie, méthode et 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