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physique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Pieltain, Françoise/ Asseline, Jean./ Chossat, Jean-Claude/ Valentin, Christian/ </w:t>
            </w:r>
          </w:p>
        </w:tc>
      </w:tr>
      <w:tr>
        <w:trPr>
          <w:trHeight w:val="567"/>
        </w:trPr>
        <w:tc>
          <w:tcPr>
            <w:tcW w:type="dxa" w:w="3000"/>
          </w:tcPr>
          <w:p>
            <w:r>
              <w:t>Adresse bib.</w:t>
            </w:r>
          </w:p>
        </w:tc>
        <w:tc>
          <w:tcPr>
            <w:tcW w:type="dxa" w:w="7000"/>
          </w:tcPr>
          <w:p>
            <w:r>
              <w:t xml:space="preserve">Tech &amp; doc-Lavoisier/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2743002832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sols/ </w:t>
            </w:r>
          </w:p>
        </w:tc>
      </w:tr>
    </w:tbl>
    <w:p>
      <w:pPr>
        <w:pStyle w:val="Heading3"/>
      </w:pPr>
      <w:r>
        <w:t>Résumé :</w:t>
      </w:r>
    </w:p>
    <w:p>
      <w:r>
        <w:t>Analyse physique des sols est un manuel pratique décrivant, selon les 7 rubriques suivantes, des analyses et des mesures physiques des sols réalisées in situ ou en laboratoire: - le prélèvement et la préparation des échantillons de terre, l'analyse granulométrique ; - les mesures de porosité ; - les mesures de la stabilité structurale ; - les mesures des limites et indices d'Atterberg et de la limite de retrait ; - les tests de filtration de l'eau ; - les mesures des humidités caractéristiques. Pour chaque rubrique, les auteurs rappellent les définitions et les concepts des mesures. Ils exposent les méthodes choisies et le matériel nécessaire avec les modes opératoires, et précisent les limites des méthodes, leurs avantages et leurs inconvénients. Des exemples de résultats et de présentations de résultats sont donnés. Analyse physique des sols s'adresse aux chercheurs en sciences de la terre, enseignants et étudiants en pédologie et en agronomie, professionnels de l'agriculture, de l'environnement, de la protection des milieux naturels et des laboratoires d'analyses agréés. Il s'applique à l'analyse des sols en régions climatiques tempérées, méditerranéennes, arides ou tropicales.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