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Dépannage et rénovations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Gallauziaux, Thierry/ Fedullo, David/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Comme un pro !(N°:None)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2212068166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dépannage électrique/ rénovation électrique/ </w:t>
            </w:r>
          </w:p>
        </w:tc>
      </w:tr>
    </w:tbl>
    <w:p>
      <w:pPr>
        <w:pStyle w:val="Heading3"/>
      </w:pPr>
      <w:r>
        <w:t>Résumé :</w:t>
      </w:r>
    </w:p>
    <w:p>
      <w:r>
        <w:t>Dépannages et rénovations électriques constitue le complément idéal de l'installation électrique, par les mêmes auteurs, même s'il se lit de façon totalement indépendante.</w:t>
        <w:br/>
        <w:br/>
        <w:t>ce manuel pratique, richement illustré et détaillé, vous apprendra à identifier et réparer les pannes les plus courantes de votre installation électrique ainsi que des nombreux appareils qui y sont connectés, tels que chauffe-eau, convecteurs, luminaires et même aspirateur, réfrigérateur ou sèche-cheveux !</w:t>
        <w:br/>
        <w:br/>
        <w:t>la recherche rapide, en fin d'ouvrage, vous permet d'accéder, sans perdre de temps, à l'information recherchée, en fonction de la panne à laquelle vous êtes confronté. plus qu'un manuel, dépannages et rénovations électriques est une véritable trousse de secours pour tous les amoureux du bricolage bien fait.</w:t>
        <w:br/>
        <w:br/>
        <w:t>outre les dépannages de l'installation électrique et des petits appareils ménagers, les descriptions complètes des appareillages électriques, notamment les modules du tableau de protection, et de nombreux conseils professionnels vous permettront de rénover votre installation en toute sécurité et dans le respect des normes.</w:t>
        <w:br/>
        <w:br/>
        <w:t>les matériels anciens sont présentés, ce qui vous permet de les identifier. toutes les solutions de rénovation aux standards modernes sont proposées. il est précisé, pour chaque partie de l'installation, les éléments à changer impérativement ou ceux qui sont encore tolérés par les toutes dernières normes.</w:t>
        <w:br/>
        <w:br/>
        <w:t>si vous êtes confronté à des pannes récurrentes dans votre installation électrique vieillissante et que celle-ci nécessite d'être rénovée, ou bien si votre installation est neuve mais que vous souhaitez être prêt à intervenir dès qu'une panne surviendra, dépannages et rénovations électriques est l'ouvrage indispensable qui vous permettra d'opérer avec précision et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