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Edminister, Joseph A./ Nahvi, Mahmood/ Babès, Victor/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-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IX-451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Schaum(N°:0768-2727)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 électrique/ méthodes d'analyse/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