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électriques domestiques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Bouteveille, Ursula/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Carnet technique illustré(N°:None)</w:t>
            </w:r>
          </w:p>
        </w:tc>
      </w:tr>
      <w:tr>
        <w:trPr>
          <w:trHeight w:val="567"/>
        </w:trPr>
        <w:tc>
          <w:tcPr>
            <w:tcW w:type="dxa" w:w="3000"/>
          </w:tcPr>
          <w:p>
            <w:r>
              <w:t>Numéro d'Identification</w:t>
            </w:r>
          </w:p>
        </w:tc>
        <w:tc>
          <w:tcPr>
            <w:tcW w:type="dxa" w:w="7000"/>
          </w:tcPr>
          <w:p>
            <w:r>
              <w:t>9782281119060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installation électrique domestique/ circuit de prise/ </w:t>
            </w:r>
          </w:p>
        </w:tc>
      </w:tr>
    </w:tbl>
    <w:p>
      <w:pPr>
        <w:pStyle w:val="Heading3"/>
      </w:pPr>
      <w:r>
        <w:t>Résumé :</w:t>
      </w:r>
    </w:p>
    <w:p>
      <w:r>
        <w:t>Ce carnet propose les schémas électriques les plus courants des installations domestiques, afin d'orienter et de guider chaque installateur dans toutes les étapes d'une mise en oeuvre conforme aux normes et garantissant la sécurité. Les cheminements des conducteurs depuis le tableau jusqu'aux appareillages sont détaillés.</w:t>
        <w:br/>
        <w:br/>
        <w:br/>
        <w:br/>
        <w:t>Particulièrement adapté à une utilisation sur les chantiers, cet ouvrage illustré deviendra l'outil de travail indispensable à tous ceux qui mettent en oeuvre une nouvelle installation électrique domestique, ou entreprennent des travaux de modification ou de rénovation d'un circuit existant, dans une maison individuelle ou un logement.</w:t>
        <w:br/>
        <w:br/>
        <w:br/>
        <w:br/>
        <w:t>Structuré sous forme de fiches pratiques, il traite successivement des circuits d'éclairage, de prises et d'alimentation, de basse tension et s'achève par des exemples courants et reproductibles de circuits classés par pièce.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