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d'éclairage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Sanial, William/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609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2854286731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éclairage électrique/ photométrie/ </w:t>
            </w:r>
          </w:p>
        </w:tc>
      </w:tr>
    </w:tbl>
    <w:p>
      <w:pPr>
        <w:pStyle w:val="Heading3"/>
      </w:pPr>
      <w:r>
        <w:t>Résumé :</w:t>
      </w:r>
    </w:p>
    <w:p>
      <w:r>
        <w:t>Trois questions fondamentales, particulièrement simples pourtant, ne trouvent pas toujours de réponses claires et structurées : Qu'est-ce que la lumière ? Qu'est-ce que l'éclairage ? Qu'est-ce que la couleur ? Cet ouvrage tente d'y pallier par un développement reliant entre eux tous les nombreux maillons de la chaîne lumière, éclairage, couleur, afin d'acquérir tous les savoirs de base permettant de nous aider à une meilleure réflexion sur ce délicat sujet. Quelle que soit votre spécialité : étudiant, architecte, maître d'œuvre, ingénieur conseil, maître d'ouvrage, installateur, distributeur, ingénieur commercial éclairage, responsable d'une collectivité locale ou régionale, service travaux neufs ou service entretien, responsable d'équipements sportifs, que vous soyez débutant ou que vous cherchiez à conforter vos connaissances en matière d'éclairage, vous trouverez ici toutes les notions élémentaires, rigoureusement hiérarchisées et dans un ordre chronologique que trente années d'expérience ont permis de finaliser. L'humilité cependant, restera omniprésente tout au long de cet ouvrage de synthèse car les savoir-faire acquis durant toute une vie professionnelle ne sont pas venus à bout de ce sentiment extrêmement fort que nous avons encore beaucoup à apprendre. Cet ouvrage a été conçu de façon à en permettre deux lectures différentes : une lecture continue, chapitre après chapitre pour une acquisition chronologiquement rigoureuse des notions de base et une lecture de n'importe quel chapitre pour un éventuel approfondissement des sujets traités. Tous les chapitres sont abondamment illustrés.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