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Biotechnologie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Alain, Arnaud/ Lebeault, Jean- Michel/ Claudette, Berset/ Leveau, Jean-Yves/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2852068540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Biotechnologie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biotechnologie/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offre un panorama complet des biotechnologies, abordées dans leurs dimensions scientifiques, techniques, industrielles et sociétales. Il est conçu comme une référence multidisciplinaire, mêlant notions fondamentales, applications multi-sectorielles, stratégies industrielles et réflexions éthiques et économiques.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