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d'éxercices d'électricité 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Boudouane; l./ Loumi; S./ Larbi,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universitaires(N°:None)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9961000331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sur le réseau/ électricité générale/ </w:t>
            </w:r>
          </w:p>
        </w:tc>
      </w:tr>
    </w:tbl>
    <w:p>
      <w:pPr>
        <w:pStyle w:val="Heading3"/>
      </w:pPr>
      <w:r>
        <w:t>Résumé :</w:t>
      </w:r>
    </w:p>
    <w:p>
      <w:r>
        <w:t>Ce recueil d’exercices s'adresse essentiellement aux étudiants en troisième année d’ingéniorat en électronique, mais peut être également utilisé par toutes les spécialités qui touchent à l'étude des circuits électroniques et à l'électronique. il respecte dans son contenu et dans son agencement le programme du module électricité générale  (TEC 581)   enseigné à l'institut d'électronique de L'.U.S.T.H.B.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