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Annequin, Rémy/ Boutigny, Jacques/ </w:t>
            </w:r>
          </w:p>
        </w:tc>
      </w:tr>
      <w:tr>
        <w:trPr>
          <w:trHeight w:val="567"/>
        </w:trPr>
        <w:tc>
          <w:tcPr>
            <w:tcW w:type="dxa" w:w="3000"/>
          </w:tcPr>
          <w:p>
            <w:r>
              <w:t>Edition</w:t>
            </w:r>
          </w:p>
        </w:tc>
        <w:tc>
          <w:tcPr>
            <w:tcW w:type="dxa" w:w="7000"/>
          </w:tcPr>
          <w:p>
            <w:r>
              <w:t>4e édition</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271174101x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électricité/ électromagnétisme/ </w:t>
            </w:r>
          </w:p>
        </w:tc>
      </w:tr>
    </w:tbl>
    <w:p>
      <w:pPr>
        <w:pStyle w:val="Heading3"/>
      </w:pPr>
      <w:r>
        <w:t>Résumé :</w:t>
      </w:r>
    </w:p>
    <w:p>
      <w:r>
        <w:t>Cet ouvrage premier volume sur l’électricité aborde les concepts fondamentaux de l’électricité et de l’électromagnétisme. Les auteurs expliquent de manière claire et structurée les principes de l’électricité, en intégrant des exercices pratiques pour permettre aux étudiants de renforcer leur compréhension. Le livre couvre des sujets tels que les circuits électriques, les lois essentielles comme la loi d’Ohm, le comportement des résistances, les capacités, ainsi que les principes de base de l’électromagnétisme.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