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 Arnaud/ Max, Benard/ Claudette, Berset/ Joëlle, Bocquet/ René, Scriban/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XXV-662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2852062232</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Biotechnologie/ Biotechnologie/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La biotechnologie  est une discipline qui exploite les organismes vivants, leurs cellules ou leurs composants pour développer des produits et des procédés utiles dans des domaines variés tels que la santé, l’agriculture, l’environnement et l’industrie. Elle repose sur des techniques comme le génie génétique, la culture cellulaire ou la fermentation, et vise à améliorer la production, la durabilité et la qualité des biens et services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