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Moulessehoul,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ill,. couv,.ill.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adn ./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Ce document traite du dogme fondamental de la biologie moléculaire, qui se résume en trois étapes , en l'occurrence, la réplication de l'adn, sa transcription en arn méssager et la traduction de ce dernier en protéines.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