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Electricité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Boulanger, François/ Dalibard, Jean/ </w:t>
            </w:r>
          </w:p>
        </w:tc>
      </w:tr>
      <w:tr>
        <w:trPr>
          <w:trHeight w:val="567"/>
        </w:trPr>
        <w:tc>
          <w:tcPr>
            <w:tcW w:type="dxa" w:w="3000"/>
          </w:tcPr>
          <w:p>
            <w:r>
              <w:t>Adresse bib.</w:t>
            </w:r>
          </w:p>
        </w:tc>
        <w:tc>
          <w:tcPr>
            <w:tcW w:type="dxa" w:w="7000"/>
          </w:tcPr>
          <w:p>
            <w:r>
              <w:t xml:space="preserve">Marketing book/ </w:t>
            </w:r>
          </w:p>
        </w:tc>
      </w:tr>
      <w:tr>
        <w:trPr>
          <w:trHeight w:val="567"/>
        </w:trPr>
        <w:tc>
          <w:tcPr>
            <w:tcW w:type="dxa" w:w="3000"/>
          </w:tcPr>
          <w:p>
            <w:r>
              <w:t>Nombre de Pages</w:t>
            </w:r>
          </w:p>
        </w:tc>
        <w:tc>
          <w:tcPr>
            <w:tcW w:type="dxa" w:w="7000"/>
          </w:tcPr>
          <w:p>
            <w:r>
              <w:t>160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Les épreuves corrigées des grandes écoles scientifiques(N°:None)</w:t>
            </w:r>
          </w:p>
        </w:tc>
      </w:tr>
      <w:tr>
        <w:trPr>
          <w:trHeight w:val="567"/>
        </w:trPr>
        <w:tc>
          <w:tcPr>
            <w:tcW w:type="dxa" w:w="3000"/>
          </w:tcPr>
          <w:p>
            <w:r>
              <w:t>Numéro d'Identification</w:t>
            </w:r>
          </w:p>
        </w:tc>
        <w:tc>
          <w:tcPr>
            <w:tcW w:type="dxa" w:w="7000"/>
          </w:tcPr>
          <w:p>
            <w:r>
              <w:t>2729803203</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électricité/ capacité portante/ </w:t>
            </w:r>
          </w:p>
        </w:tc>
      </w:tr>
    </w:tbl>
    <w:p>
      <w:pPr>
        <w:pStyle w:val="Heading3"/>
      </w:pPr>
      <w:r>
        <w:t>Résumé :</w:t>
      </w:r>
    </w:p>
    <w:p>
      <w:r>
        <w:t>Cet ouvrage présente une sélection d’exercices d’électricité qui sont souvent posés lors des concours d’entrée. Les auteurs, François Boulanger, Jean Dalibard, et Dominique Delande, offrent des solutions complètes et explicatives, permettant aux étudiants de mieux comprendre les principes sous-jacents. Les sujets traités incluent les circuits électriques, le courant, la tension, les résistances, les capacités, et d’autres concepts fondamentaux liés à l’électricité. L’objectif du livre est de renforcer la compréhension théorique par la pratique, ce qui est essentiel pour réussir les examens.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