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d'électricité.T2, préparation au baccalauréat de technicien, option électrotechnique (F 3), classe terminale, formation professionnelle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Fraysse, Roger/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2040075623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contruction electrique/ technique de l'appareillage/ </w:t>
            </w:r>
          </w:p>
        </w:tc>
      </w:tr>
    </w:tbl>
    <w:p>
      <w:pPr>
        <w:pStyle w:val="Heading3"/>
      </w:pPr>
      <w:r>
        <w:t>Résumé :</w:t>
      </w:r>
    </w:p>
    <w:p>
      <w:r>
        <w:t>Le cours de technologie électrique aborde les rôles et caractéristiques des appareillages électriques, ainsi que leur classification selon divers critères. Il détaille également les éléments constitutifs des départs moteurs et les protections mécaniques, notamment les indices de protection et les classes de protection. Enfin, il explique le fonctionnement et les types de contacts électriques, ainsi que le rôle et les caractéristiques des sectionneurs dans les installations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