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 et moléculaire.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Clos, Jean/ Coumans, Marc/ Muller,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339-391.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272981325x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cellulaire/ différenciation cellulaire/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partie d'un ensemble de fascicules de Biologie des organismes, de Biologie cellulaire et moléculaire, et de Géologie correspondant aux nouveaux champs d'interrogation (écrit + TP + oral) des concours de recrutement (CAPES et Agrégation SVT, Grandes Ecoles BCPST, Véto).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