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Cellules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Labouret, Anne/ Cumunel, Pascal/ Braun, Jean-Paul/ Faraggi, Benjamin/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ETSF, techniques et scientifiques françaises/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2100057340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photovoltaïque/ dispositif photoélectrique/ photoélectroniques (technologie)/ </w:t>
            </w:r>
          </w:p>
        </w:tc>
      </w:tr>
    </w:tbl>
    <w:p>
      <w:pPr>
        <w:pStyle w:val="Heading3"/>
      </w:pPr>
      <w:r>
        <w:t>Résumé :</w:t>
      </w:r>
    </w:p>
    <w:p>
      <w:r>
        <w:t>Cette troisième édition entièrement révisée et très augmentée de Cellules solaires vous convie à découvrir les principes et les multiples usages d'une source d'énergie particulière : l'électricité produite à partir d'une source de lumière. Cette énergie, communément appelée " énergie solaire ", peut tout aussi bien être nommée " énergie lumière " car, en réalité, toute source lumineuse - naturelle ou artificielle - peut générer de l'électricité grâce aux cellules et aux anneaux solaires. Quand on sait que l'apport énergétique de la lumière solaire est de plusieurs milliers de fois plus important que notre consommation globale d'énergie, et que, dans le même temps, la part de l'énergie solaire dans la consommation d'énergie globale de notre planète ne représente que 1 % de la consommation totale d'énergie, on se rend compte du chemin qui reste à parcourir pour que nous exploitions pleinement - mais de manière réaliste - tout le potentiel de cette énergie propre. C'est sur cette voie que ce livre d'initiation - orienté " appliqué " - entraîne le lecteur, à la découverte de cette source d'énergie passionnante et abordable.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