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et chimie de l'atmosphère moyenne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Brasseur, Guy/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2225770336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atmosphérique/ gaz à effet de serre/ </w:t>
            </w:r>
          </w:p>
        </w:tc>
      </w:tr>
    </w:tbl>
    <w:p>
      <w:pPr>
        <w:pStyle w:val="Heading3"/>
      </w:pPr>
      <w:r>
        <w:t>Résumé :</w:t>
      </w:r>
    </w:p>
    <w:p>
      <w:r>
        <w:t>Cet ouvrage est  explore les processus physiques et chimiques qui se déroulent dans l’atmosphère terrestre, en mettant particulièrement l’accent sur la zone de l’atmosphère moyenne. Ce livre aborde une variété de sujets, allant des propriétés de l’air et des gaz à l’interaction de la lumière solaire avec l’atmosphère.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