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circuits linéaires et non linéaires micro-ondes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Yagoub, Mustapha C. E/ Baudrand, Henri/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Polytech(N°:None)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2854285387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circuits intégrés/ circuits pour microondes/ </w:t>
            </w:r>
          </w:p>
        </w:tc>
      </w:tr>
    </w:tbl>
    <w:p>
      <w:pPr>
        <w:pStyle w:val="Heading3"/>
      </w:pPr>
      <w:r>
        <w:t>Résumé :</w:t>
      </w:r>
    </w:p>
    <w:p>
      <w:r>
        <w:t>Le livre Conception de circuits linéaires et non linéaires : micro-ondes de Mustapha C. E. Yagoub (2000), co-écrit avec Henri Baud rand, constitue une référence importante dans le domaine de l’ingénierie des hautes fréquences. Il aborde de manière structurée la conception, la modélisation et l’analyse des circuits micro-ondes, qu’ils soient linéaires (fonctionnant en petit signal) ou non linéaires (en grand signal). L’ouvrage débute par une présentation des composants et modèles électriques utilisés à ces fréquences, notamment les transistors, diodes et dispositifs passifs. Il développe ensuite les principes de l’analyse linéaire** à travers l’étude des paramètres S, l’adaptation d’impédance, la stabilité et le bruit, permettant la conception d’amplificateurs linéaires performants. Dans une deuxième partie, le livre traite des phénomènes non linéaires tels que la distorsion, la génération d’harmoniques ou l’intermodulation, et montre comment concevoir des amplificateurs de puissance, oscillateurs et mélangeurs. Une attention particulière est portée aux techniques de linéarisation et d’optimisation, essentielles pour améliorer le rendement et la fidélité des circuits. En combinant fondements théoriques, méthodes de simulation et exemples pratiques, l’ouvrage offre au lecteur une vision complète et cohérente de la conception micro-ondes moderne. Il s’adresse autant aux étudiants avancés qu’aux ingénieurs et chercheurs souhaitant approfondir leurs compétences en conception de circuits haute fréquence.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