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un] 101 exercices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Diourté, Badié/ Gayé, Fatou/ Errahmane, Karim/ Ziane, Omar/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2729818030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circuit électrique/ courant continu/ </w:t>
            </w:r>
          </w:p>
        </w:tc>
      </w:tr>
    </w:tbl>
    <w:p>
      <w:pPr>
        <w:pStyle w:val="Heading3"/>
      </w:pPr>
      <w:r>
        <w:t>Résumé :</w:t>
      </w:r>
    </w:p>
    <w:p>
      <w:r>
        <w:t>Un entraînement classique de base pour les étudiants qui envisagent de continuer leurs études en physique générale comme en électricité industrielle, électrotechnique et électronique. l'énoncé est formulé de manière concrète et est suivi d'un ou plusieurs corrigés complets. des éléments de cours, des extraits de travaux pratiques réalisables, des descriptions de montages classiques.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