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Beaumont, Simon/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9782100507313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biochimie/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ouvrage, destiné aux étudiants en premier cycle (PCEM1, PCEP1, classes prépas...), est conçu pour vous aider à bien préparer les concours. Cette deuxième édition a été entièrement revue et augmentée de deux chapitres et de nouveaux exercices. Un cours concis sur les notions essentielles ; de nombreuses illustrations et des exemples pour vous aider à bien comprendre ; des compléments de cours pour approfondir les points les plus importants ; des conseils pour le concours qui signalent les pièges les plus fréquents. Plus de 320 QCM et exercices pour vous auto-évaluer et vous familiariser avec ce mode d'interrogation. L'outil efficace pour réviser et réussir vos concours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