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Écologie du plancton marin, T1 Le Phytoplancton.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Bougis,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EAP/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d'écologie(N°:2)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177 à 190.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222539413X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