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Immunologie, QCM-QROC , réponses justifiées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Faou.A/ Chailleux, Nadege/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R. Atlani/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2907283383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allergie et immunologie/ système immunitaire/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les trois chapitres suivants: 1- Anatomie fonctionnelle -Lymphopoiese. 2- Antigenes-immunoglobulines- complexe majeur d’histocompatibilité. 3 Concepts de la réponse immunitaire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