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Immunologie animale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Pastoret,Paul-Pierre/ Govaerts, André/ Bazin, Hervé/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Flammarion/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XXIV-740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 737-740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2257102215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immunité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antigène/ immunité adaptative/ Auto-Immunite/ </w:t>
            </w:r>
          </w:p>
        </w:tc>
      </w:tr>
    </w:tbl>
    <w:p>
      <w:pPr>
        <w:pStyle w:val="Heading3"/>
      </w:pPr>
      <w:r>
        <w:t>Résumé :</w:t>
      </w:r>
    </w:p>
    <w:p>
      <w:r>
        <w:t>L’ouvrage compte environ 740 pages, avec de nombreuses figures et tableaux, ainsi qu’un glossaire. ([persee.fr][1])</w:t>
        <w:br/>
        <w:br/>
        <w:t>* Il rassemble les contributions de ~115 spécialistes (Belgique, France, Québec, États-Unis, Suède, etc.) ([persee.fr][1])</w:t>
        <w:br/>
        <w:br/>
        <w:t>* Cet ouvrage est structuré en quatre grandes parties</w:t>
        <w:br/>
        <w:br/>
        <w:t xml:space="preserve">   1. Immunologie générale</w:t>
        <w:br/>
        <w:br/>
        <w:t xml:space="preserve">   2. Immunopathologie</w:t>
        <w:br/>
        <w:br/>
        <w:t xml:space="preserve">   3. Immunologie comparée</w:t>
        <w:br/>
        <w:br/>
        <w:t xml:space="preserve">   4. Immunologie appliquée ([persee.fr][1])</w:t>
        <w:br/>
        <w:br/>
        <w:t>* Chaque chapitre est accompagné d’une bibliographie succincte.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