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Architecture et construction, le béton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Kottas, Dimitris/ Vallés, Oriol/ Bottura, Roberto/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Links/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9788415123804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