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construction, le verre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Kottas, Dimitris/ Vallés, Oriol/ Bottura, Roberto/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Links/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9788415123842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verre/ </w:t>
            </w:r>
          </w:p>
        </w:tc>
      </w:tr>
    </w:tbl>
    <w:p>
      <w:pPr>
        <w:pStyle w:val="Heading3"/>
      </w:pPr>
      <w:r>
        <w:t>Résumé :</w:t>
      </w:r>
    </w:p>
    <w:p>
      <w:r>
        <w:t>Ce magnifique ouvrage, indispensable pour la bibliothèque de tout concepteur, est organisé en deux parties qui exposent en détail les possibilités du verre.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