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électriques et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Thurin, Jacques/ </w:t>
            </w:r>
          </w:p>
        </w:tc>
      </w:tr>
      <w:tr>
        <w:trPr>
          <w:trHeight w:val="567"/>
        </w:trPr>
        <w:tc>
          <w:tcPr>
            <w:tcW w:type="dxa" w:w="3000"/>
          </w:tcPr>
          <w:p>
            <w:r>
              <w:t>Edition</w:t>
            </w:r>
          </w:p>
        </w:tc>
        <w:tc>
          <w:tcPr>
            <w:tcW w:type="dxa" w:w="7000"/>
          </w:tcPr>
          <w:p>
            <w:r>
              <w:t>5è ed.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école nationale supérieure des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grandeur mesurable/ système légal/ </w:t>
            </w:r>
          </w:p>
        </w:tc>
      </w:tr>
    </w:tbl>
    <w:p>
      <w:pPr>
        <w:pStyle w:val="Heading3"/>
      </w:pPr>
      <w:r>
        <w:t>Résumé :</w:t>
      </w:r>
    </w:p>
    <w:p>
      <w:r>
        <w:t>Le livre  Mesures électriques et électroniques  présente les principes fondamentaux de la mesure des grandeurs électriques, tels que la tension, le courant, la résistance et la puissance. Il aborde les méthodes de mesure analogiques et numériques, l’utilisation des instruments comme le multimètre, l’oscilloscope ou le pont de mesure, ainsi que les capteurs et convertisseurs. L’ouvrage met l’accent sur la précision, les erreurs de mesure, l’étalonnage et la chaîne de mesure électronique, offrant ainsi une base solide pour l’analyse, le contrôle et la validation des circuits et systèmes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